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Decontamination par electromigration d une boue de traitement d eau potable contenant de l aluminium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Cherifi, Mouna/ Hazourli, Sabir/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electromigration/ decontamination/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de cette etude est d'appliquer ce peocédé électrocinétique pour éliminer l'aluminium de boue issue d'un traitement de clarification des eaux de la station chaiba -annaba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