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de la vitesse d'hydration du tripolyphosphate de sodium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Nedjah; Nawel/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101 f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 xml:space="preserve"> tab., 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Bioliogr.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tripolyphosphate/ températeur de calcination/ </w:t>
            </w:r>
          </w:p>
        </w:tc>
      </w:tr>
    </w:tbl>
    <w:p>
      <w:pPr>
        <w:pStyle w:val="Heading3"/>
      </w:pPr>
      <w:r>
        <w:t>Résumé :</w:t>
      </w:r>
    </w:p>
    <w:p>
      <w:r>
        <w:t>Le tripolyphosphate ( TPP ) est un produit préparé en industrie sous deux formes : trpolyphosphate phase I produit à des températeur de l'ordre de 550°C possédant une vitesse d'hydratation rapide . tripolyphosphate phase il produit à des températeurs de l'ordre de 250° C possédant une vitesse d'hydratation lente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