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de peuplement de fringillidés des milieux forestier dans la région d’El-kala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Siouane; Noureddine/ Ziane, Nadia/ Université Badji Mokhtar/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inventaire/ effondrement/ parc national d'el-Kala/ fringillidés/ i.p.a/ </w:t>
            </w:r>
          </w:p>
        </w:tc>
      </w:tr>
    </w:tbl>
    <w:p>
      <w:pPr>
        <w:pStyle w:val="Heading3"/>
      </w:pPr>
      <w:r>
        <w:t>Résumé :</w:t>
      </w:r>
    </w:p>
    <w:p>
      <w:r>
        <w:t>Les exigences en termes d’habitat de fringillidés ne sont pas connues pour pouvoir proposer des mesures de gestion qui permettent de maintenir les populations des espèces dans le temps et dans l’espace.de même, la modification de peuplement de fringillidés en fonction de la composition et de la structure des peuplement feuillus est peu ou pas connue . Une étude de peuplement de fringillidés a été réalisée dans le parc national d’El-Kala, par la méthode d’indice ponctuel d’abondance(I.P.A), un inventaire a montré que 7 espèces de fringillidés nichent dans la région. Les résultats de sondage par I.P.A ont permis de vérifier que les espèces étudiées étaient inégalement réparties dans la structure en mosaïque du paysage forestier de la région d’étude. Cette inégale répartition correspond aux préférences respectives des espèces, c'est-à-dire, à l’expression de leur niche écologique. Ainsi les résultats ont montré un effondrement des effectifs des fringilles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