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sur le phosphate naturel de djebel ONK caractérisation, adsorption et transfert de charge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Hamel; Abdallah/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sorption/ ionophore/ caractérisation/ </w:t>
            </w:r>
          </w:p>
        </w:tc>
      </w:tr>
    </w:tbl>
    <w:p>
      <w:pPr>
        <w:pStyle w:val="Heading3"/>
      </w:pPr>
      <w:r>
        <w:t>Résumé :</w:t>
      </w:r>
    </w:p>
    <w:p>
      <w:r>
        <w:t>Les apatites, en particulier les espèces carbonatées ( francolites) , présentent, en plus d'une certaines stabilité chimique et géologique, des capacités durablement de nombreux éléments et sont donc suceptibles d'etre utilisées dans les procédés de dépollution des effluents industriels à forte teneur en ions métallique.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