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Les lixiviats de décharges aApproche méthodologique de leur toxicité  aigue en fonction de différents modes de traitement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Deneuvy; Jean-philippe / Université De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lixiviats de décharges/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ce travail apermis d'aborder pour la permiere fois en fois en france le probleme important de la qualite ecotoxicologique des lixiviats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