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electrique des structures M-O-S tunnel type Sno2/SiO2/Si (n)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Boumediene; Abdelkader 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caracterisation électrique / structure M-O-S/ type SnO2/SiO2/Si(n)/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fabriqué une structure M-O-S tunnel type sn02/si02/si( n) avec une croissance thermique séche d'oxyde de silicium et une déposition de l'oxyde d'étain par la technique CVD.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