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l'étude de l'amas de galaxies Abell 194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Khouchane; Mohammed/ Bijaoui, Albert/ Université De Nice/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tag.,fig.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photométrie/ amas de galaxies/ matrice image/ </w:t>
            </w:r>
          </w:p>
        </w:tc>
      </w:tr>
    </w:tbl>
    <w:p>
      <w:pPr>
        <w:pStyle w:val="Heading3"/>
      </w:pPr>
      <w:r>
        <w:t>Résumé :</w:t>
      </w:r>
    </w:p>
    <w:p>
      <w:r>
        <w:t>Etude photométrique d'un amas de galaxies proches (z=0. 0178). Mise en évidence de l'existence d'une ségrégation de luminosité et d'une ségrégation morphologique dans l'amas Abell 194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