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Apport du statcom et du sssc static synchronous series compensator a l'amélioration du comportement des réseaux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Amiar ,Adel/ Adjabi, Mohamed/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matlab simulinle/ stateom ssse/ transport d'électricité algérien/ </w:t>
            </w:r>
          </w:p>
        </w:tc>
      </w:tr>
    </w:tbl>
    <w:p>
      <w:pPr>
        <w:pStyle w:val="Heading3"/>
      </w:pPr>
      <w:r>
        <w:t>Résumé :</w:t>
      </w:r>
    </w:p>
    <w:p>
      <w:r>
        <w:t>Le maintien d'un plan de tension dans des systémes de production et de transmission d(énergie électrique est l'une des contraintes les plus sévéres et qui dépend de la balance de la puissance réactive les systémes fact ont de trés bonnes performances dynamique et transitoire et contribuent très fortement a la réponse aux perturbations les plus sévéres observées aux points de raccordements des compensateurs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