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d'une chaine photovoltaique et integration be l'energie renouvelable dans le reseau electrique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Layate; Zakaria/ Bahi, T/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simulation/ modélisation/ réseau électrique/ commande/ photovoltaïque/ connexion/ </w:t>
            </w:r>
          </w:p>
        </w:tc>
      </w:tr>
    </w:tbl>
    <w:p>
      <w:pPr>
        <w:pStyle w:val="Heading3"/>
      </w:pPr>
      <w:r>
        <w:t>Résumé :</w:t>
      </w:r>
    </w:p>
    <w:p>
      <w:r>
        <w:t>Le système d'énergie électrique est une composante fondamentale pour le maintient de l'équilibre énergétique sollicité continuellement par le développement industriel et la croissance de la population. alors, le défi est d'assurer l'équilibre entre la production et la consommation tout en produisant une énergie propre, notamment à base d'énergies propres le soleil en algérie est la source d'énergie la plus abondante. elle produit de l'électricité en quantité suffisante pour les consommateurs sans polluer l'atmosphère. cependant, la certitude de la disparition prochaine des énergies fossiles et le besoin sans cesse croissant en demande d'énergie imposent un intérêt notable au développement et la l'exploitation des énergies renouvelables dont disposent |' algérie.</w:t>
        <w:br/>
        <w:br/>
        <w:t>a cet effet, le travail présenté dans cette thèse s'intéresse, particulièrement, à la connexion au réseau de distribution d'une chaine de production photo voltaïque. dans ce contexte, trois cas de connexion d'un système photovoltaïque au réseau de distribution sont traités et validés par simulation en utilisant le logiciel matlab/simulink.</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