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microstructurle d'un alliage Al MG Si extrudé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Bouchoucha; Sabri/ Triki, Abdelhafid/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métallographie/ microstructurale/ base aluminium/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la caractérisation microstructurale d'une pièce utilisée en construction automobile élaborée à parttir d'un alliage à basse aluminium de la série 6000 et mise en forme par le procédé d'extrusion.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