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Ultra high energy cosmic rays from nearby starburst galaxis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Bouchachi; Dellel / Attallah, Réda/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anisotropy/ cosmic rays/ deflection/ </w:t>
            </w:r>
          </w:p>
        </w:tc>
      </w:tr>
    </w:tbl>
    <w:p>
      <w:pPr>
        <w:pStyle w:val="Heading3"/>
      </w:pPr>
      <w:r>
        <w:t>Résumé :</w:t>
      </w:r>
    </w:p>
    <w:p>
      <w:r>
        <w:t>Ultrahigh energy cosmic rays are the most energetic of any subatomic particles ever observed in nature. The quest for their mysterious origin is currently a major scientific challenge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