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Origine des rayons cosmiques d'energie extreme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Rahem; nacer/ Attallah, Réda/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énergie/ mécanisme/ micro-quasars/ </w:t>
            </w:r>
          </w:p>
        </w:tc>
      </w:tr>
    </w:tbl>
    <w:p>
      <w:pPr>
        <w:pStyle w:val="Heading3"/>
      </w:pPr>
      <w:r>
        <w:t>Résumé :</w:t>
      </w:r>
    </w:p>
    <w:p>
      <w:r>
        <w:t>Bien que mis en évidence depuis le début des années soixante par l'expérience de volcano ranch aux etats unis, les rayons cosmiques d'energie extréme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