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Reinterpretation des donnees aeromagntiques de la region de timgaouine hoggar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Ghanem; Youcef/ Berard, Jean/ Ecole polytechnique de montreal/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Montreal</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aeromagntiques/  timgaouine hoggar / hoggar algeria/ </w:t>
            </w:r>
          </w:p>
        </w:tc>
      </w:tr>
    </w:tbl>
    <w:p>
      <w:pPr>
        <w:pStyle w:val="Heading3"/>
      </w:pPr>
      <w:r>
        <w:t>Résumé :</w:t>
      </w:r>
    </w:p>
    <w:p>
      <w:r>
        <w:t xml:space="preserve">An analysis of aeromagnetic data of timgaouine hoggar algeria surveyed between 1971 and 1974 was conducted to achieve the geological mapping of the area and to select the appropriate magnetic interpretation technique for this study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