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composés CuLnSe2 pour les déposer en couches absorbantes pour la conversion photovoltaique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Benhalima; Ouissem/ Chibani, Allaoua/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