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l'utilisation des boues résiduaires sur les propriétés physico chimique des sols de la haute valée de la medjerda wilaya de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Guerfi; Zouleikha/ Benslama, M/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sol/ physico chimique/ souk ahras/ </w:t>
            </w:r>
          </w:p>
        </w:tc>
      </w:tr>
    </w:tbl>
    <w:p>
      <w:pPr>
        <w:pStyle w:val="Heading3"/>
      </w:pPr>
      <w:r>
        <w:t>Résumé :</w:t>
      </w:r>
    </w:p>
    <w:p>
      <w:r>
        <w:t>La station d'épuration des eaux usées de la ville de souk-ahras produit des boues actives. les boues actives sont connues par leurs richesses en matière organique et par leurs actions améliorantes des propriétés physico-chimiques des sols. les sols de la région de souk-ahras sont connus par leur pauvreté en matière organique. dans le but de valorisé, les boues résiduaires et afin d'améliorer les propriétés des sols de la région de souk-ahras, nous avons initie cette étude basé sur la caractérisation physicochimique des sols ayant reçu un apport de boue et des sols n'ayant pas reçu de boue d'une part et une caractérisation biochimique des cultures sur ses sols d'autre part. nous avons également déterminé les teneurs en métaux lourds dans tous les cas. les résultats obtenus montrent que l'apport de boue améliore sensiblement les caractères physico-chimiques des sols, augmente la production végétative. l'évaluation des éléments traces métalliques montre que l'apport de la boue n'a pas d'effet sensible sur une courte durée il est donc souhaitable d'augmenter la durée d'observation sur plusieurs cycles et d'expérimenter plus dose afin de déterminer la dose optimale correspondante aux propriétés de sols de la région et de leurs conditions pédoclimatique.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