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development of instrumentation to monitor the flux densities of vapeur species during the deposition of zinc sulphoselenide film material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De Manchester/ Benyezzar;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materia/ instrumentation/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