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applications des complexes Cr (III) &amp; Cr (VI) avec les derivés du triphenylmethane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Bouhedja; Yacine Abdelkader/ Université Badji Mokhtar/ Sakharovsky,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 (vi)/ triphenylmethane/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