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électro-photocatalytique -photocatalytique d’un herbicide à l’aide d’une électrode bifonctionnelle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Barbari; Karima/ Delimi,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photocatalyse/ electro-oxydation/ photo-électro-oxydation/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