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Lixiviation acide par micro ondes des phases actives des catalyseurs cuo a1 2 o3 et nio a1 2o3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Habbache; Naima/ Tifouti,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catalyseurs/ liquide solide/ oxydes métalliques étudiés/ concentration de l'acide/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étudié la lixiviation des phases actives de deux catalyseurs cuo a12o3 et nio a12o3 cette étude a comporté la recherche des conditions opératoires susceptibles d'influencer la cinétique de dissolution des oxydes métalliques étudiés en effet l'effet des paramètres opératoires tels que la concentration de l'acide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