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technologique de la précipitation en continu du diuranate d"ammonium conception et réalisation d"un appareillage pilote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Gallinari; Fernand/ Université Houari Boumediene/ Benhassaine,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précipitation/ technologique/ d"ammonium conception / </w:t>
            </w:r>
          </w:p>
        </w:tc>
      </w:tr>
    </w:tbl>
    <w:p>
      <w:pPr>
        <w:pStyle w:val="Heading3"/>
      </w:pPr>
      <w:r>
        <w:t>Résumé :</w:t>
      </w:r>
    </w:p>
    <w:p>
      <w:r>
        <w:t>Il s'avére que l'installation que nous avons réalisée permet le controle des paramétres de précipitation de l'adu la qualité des controles exercés en cours de précipitation est confirmée a posteriori par les caracté ristiques des produits précipités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