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des metaux lourds membrane liqude emulsionnee application cobalt et plomb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Bouranene; Saliha/ Université Badji Mokhtar/ Boumahraz,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emulsionnee/ cobalt et plomb/ metaux lourds membrane/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L'extraction des ions métalliques par membranes liquides émulsionnées est notée comme une nouvelle technique performante qui présente l' originalité de mettre en oeuvre simultanément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