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 Abondance et distribution des blattes dans les différents écosystèmes algériens : inventaire, lutte intégrée et comportement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Hedjouli; Zakaria/ Habbachi, Wafa/ Universite BADJI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urbain/ inventaire/ distribution/ forêt/ blattes/ abondance/ Ecosystèmes/ </w:t>
            </w:r>
          </w:p>
        </w:tc>
      </w:tr>
    </w:tbl>
    <w:p>
      <w:pPr>
        <w:pStyle w:val="Heading3"/>
      </w:pPr>
      <w:r>
        <w:t>Résumé :</w:t>
      </w:r>
    </w:p>
    <w:p>
      <w:r>
        <w:t>Les blattes sont des insectes de l'ordre blattodea apparus sur terre il y a plus de 400 millions d'années. plusieurs espèces sont adaptées à la vie dans tous les milieux tropicaux et subtropicaux et aux milieux tempérés et d'autres espèces sont fouisseuses dans le sable des déserts. plus de 4000 espèces de blattes sont connues à ce jour et un certain nombre d'entre elles sont considérés comme nuisibles.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