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Detection de la pollution mercurielle dans la region de azzaba algerie  orientale a l'aide de bioaccumulateurs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Alioua; Amel/ Université Badji Mokhtar/ Semadi, N/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mercure/ azzaba / </w:t>
            </w:r>
          </w:p>
        </w:tc>
      </w:tr>
    </w:tbl>
    <w:p>
      <w:pPr>
        <w:pStyle w:val="Heading3"/>
      </w:pPr>
      <w:r>
        <w:t>Résumé :</w:t>
      </w:r>
    </w:p>
    <w:p>
      <w:r>
        <w:t xml:space="preserve">Notre travail a porté sur l'accumulation spatio temporelle du mercure aux alentours du complexe mercuriel de azzaba est de l'algérie par des échantillons foliaires d'espèces. phanérogamiques in situ casuarina equisetifolia, cupressus sempervirens, olea europea, triticum durum et par des transplants lichéniques de xanthoria parietina, les prélèvements ont eu lieu au niveau de quatorze sites dont le plus éloigné se trouve à 70 km à l'est de la source de pollution. l'analyse de la variance à deux critères relatives à la variation spatio temporelle du mercure chez xanthoria parietina montre que les résultats sont significatifs dans le temps et non dans l'espace. pour toutes directions confondues par contre dans la direction n.e il y a une corrélation significative entre l'accumulation en mercure et la distance par rapport à la source, il en est de même pour cupressus sempervirens pour toutes les directions. nous avons également noté des variations dans certains paramètres pour les différentes espèces étudiées taux de chlorophylle, taux de sucres solubles. les espèces végétales utilisées comme bioaccumulateurs nous ont permis de limiter les zones de pollution mercurielle : les transplants de lichens nous renseignent sur les zones contaminées s'étendant jusqu'à 3,5 km au n.e. du complexe mercuriel et jusqu'à 1 km dans la direction sud. olea europea fixe la limite de la zone polluée à 5 km au ne. et à 1 km au sud de la source cupressus sempervirens, compte tenu de sa pérennité, semble beaucoup plus apte à nous indiquer la pollution mercurielle qui se fait sentir jusqu'à 10 km à j'est de la source et jusqu'à 2,6 km au sud. quant à casuarina equisetifolia, il nous fixe la limite de la pollution à 5 km au ne. du complexe. la différence enregistrée dans la bioindication est liée surtout à la nature de l'espèce, à sa morphologie, aux caractéristiques de son feuillage, au degré de présence absence et aux paramètres topographiques et climatiques.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