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Ecologie et production de l'abeille domestique apis mellifera selon un gradient altitudinal et latitudinal dans la région d'annaba(nord-est de l'algérie)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Boussatha; Anissa/ Habes, Dahbia/ Universite BADJI / </w:t>
            </w:r>
          </w:p>
        </w:tc>
      </w:tr>
      <w:tr>
        <w:trPr>
          <w:trHeight w:val="567"/>
        </w:trPr>
        <w:tc>
          <w:tcPr>
            <w:tcW w:type="dxa" w:w="3000"/>
          </w:tcPr>
          <w:p>
            <w:r>
              <w:t>Nombre de Pages</w:t>
            </w:r>
          </w:p>
        </w:tc>
        <w:tc>
          <w:tcPr>
            <w:tcW w:type="dxa" w:w="7000"/>
          </w:tcPr>
          <w:p>
            <w:r>
              <w:t>67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magistar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b.germanica/ acide borique/ structure de l'intestin/ injection/ biomarqueurs/ </w:t>
            </w:r>
          </w:p>
        </w:tc>
      </w:tr>
    </w:tbl>
    <w:p>
      <w:pPr>
        <w:pStyle w:val="Heading3"/>
      </w:pPr>
      <w:r>
        <w:t>Résumé :</w:t>
      </w:r>
    </w:p>
    <w:p>
      <w:r>
        <w:t>Les blattes sont des agents pathogènes et sont également responsables d'une détérioration des conditions d'hygiènes. En Algérie, Blattella germanica espèce la plus répandue, est un insecte nuisible pour l'environnement urbain et la santé humaine. Plusieurs insecticides conventionnels ont été utilisés pour contrôler leurs infestations. Cependant, leur utilisation a développé au sein des populations des blattes une résistance. L'acide borique composé inorganique, peu nocif pour l'environnement, a été utilisé dans le contrôle des blattes depuis plusieurs années mais son mode d'action reste inconnu. Cette étude comporte : Une étude biochimique a été effectuée pour permettre d'évaluer l'effet de cet acide sur le taux du glutathion et les différents biomarqueurs (acétylcholinestérase et la glutathionS-transférase) L'acide borique a été administré par injection aux adultes de B.</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