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l'étude de l'intéraction d'un gaz avec la surface d'une résine époxyde par la méthode des courants de dépolarisation stimulés thermiquement de surface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Kaouah; Farid/ Université Badji Mokhtar/ Bendaoud,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courants de dépolarisation/ l'intéraction d'un gaz / résine époxyde/ </w:t>
            </w:r>
          </w:p>
        </w:tc>
      </w:tr>
    </w:tbl>
    <w:p>
      <w:pPr>
        <w:pStyle w:val="Heading3"/>
      </w:pPr>
      <w:r>
        <w:t>Résumé :</w:t>
      </w:r>
    </w:p>
    <w:p>
      <w:r>
        <w:t>Le système d'élestrodes en peigne interdigité, méttallisé sur la surface, s'est révélé bien adapté à l'étude des propriétés de surface des résines époxydes.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