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la bentonite de mostaganem et echange des cations cu++et zn++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Mohellebi; Iddir faroudja/ Université Badji Mokhtar/ Kermiche/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mostaganem/ industrielles/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pormis de donner quelques d'une part sur le comportement physique chimique et struc tural de la bentonite prélenée sur le site dénommé bloe 3 du gisement de m'ziia mostaganem dont les réserves pour une exploitation actuelle a dix mètres de profondeur sont de 2230 milliers de tonnes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