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station de traitement des eaux a boues activées optimisation de l'aération et la clarification en vue d'une bonne décantabilité des boues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Sahtout; Naziha/ Tifouti, Lakhdar/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traitement biologique/ eau usée/ aération et transfert d'oxygène/ </w:t>
            </w:r>
          </w:p>
        </w:tc>
      </w:tr>
    </w:tbl>
    <w:p>
      <w:pPr>
        <w:pStyle w:val="Heading3"/>
      </w:pPr>
      <w:r>
        <w:t>Résumé :</w:t>
      </w:r>
    </w:p>
    <w:p>
      <w:r>
        <w:t>Les problémes biologiques encore fréquents limitent la fiabilité des stations d'épuration a boues activées complexes dans leur compréhension leur maitrise est parfois délicate pour les opèrateurs chargés d'assurer le bon fonctionnement des installations dans la wilaya de souk ahras il existe deux stations d'épuration a boues activées step de souk ahras et step de sedrata elles sont alimentées par un réseau unitaire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