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 biocapteurs électrochimiques a base de la lipase de pancréas de porc lpp pour la détection du propylparabéne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Snani; Leila/ Djerad, Souad/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 d'impédance électrochimique/ biocapteurs propylparabène/ enzyme la lipase de porc/ immobilisation voltamétrie cyclique/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pour objet le développement de deux types de biocapteurs électrochimiques a base d'enzyme destiné a la détection du propylparabène pp en milieu aqueux dans cette étude l'enzyme utilisée comme biorécepteur est lipase pancréatique de porc lpp une étude préliminaire a été effectuée afin de tester l'activité enzymatique de la lpp les résultats montrent une activité très significative de la lipase 26.64 mmol min cette dernière a atteint l'état stationnaire après un temps réactionnel qui ne dépasse pas les 25 secondes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