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use of strip detectors in the study of breakup reactions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Mohri; Youcef/ University Of Edinburgh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Edinburgh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silicon strip/ magnetic spectrometer/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breakup of 110.8 MeV 10 B  has been studied for the reaction B10 +Ni 58 where kinematically complete measurements were obtained on the breakup channel p+ Be9. In ordre to obtain data with high statistical quality and good accuracy, the breakup fragments are detected in coincidence using large area silicon strip detectors in combination with a magnetic spectrometer.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