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spectrophtometrique des complexes cr (lll) et cr vi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Bouhedja, Yacine/ Université Badji Mokhtar/ Betehi, 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spectrophtometrique/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L'analyse chimique présente un outil actif damaines de recherche scientifique et comporte des methodes et des techniques tres importante pour la détermination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