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sonochimique des eaux contaminées par le vert de malachite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Moumeni; Ouarda/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dégradation/ sonochimie/ radicaux hydroxyles/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L'onde ultrasonore suite au phénomène de cavitation qu'elle engendre est susceptible de dégrader en solution aqueuse  des molécules organiques dissotes rebelles aux méthodes classiques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