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 et structure des azepino indoles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Benamia; Fatiha/ Université Badji Mokhtar/ Benloucif,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azépino indoles sont des alcaloides/ pictet spengler/ intermédiaires appelée/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azéoino indoles sont des alcaloides du types strychnos elles sont utilisés comme précurseurs dans la synthèse des alcaloides telles que les perhydro carbazoles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