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matériaux semi-conducteurs à base de cuivre utilisés comme absorbeur dans les cellules solaire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Yandjah; Louardi/ Bechiri, Lakhdar/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chalcopyrite/ semi conducteurs/ photovoltaïque/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de  thèse de doctorat porte sur la synthèse et la caractérisation des matériaux chalcopyrites à base de cuivre, utilisés comme absorbeurs dans les cellules photovoltaïques. Nous avons utilisé diverses techniques pour analyser leurs caractéristiques structurales, physico-chimiques et optiques.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