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de l'immobilisation de la lipase pancréatique de porc sur célite par la méthode des plans d'expérience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Benouis; Sabrina/ Université Badji Mokhtar/ Djeghaba, M.Z./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72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 .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lipase/ immobilisation/  plan d'expérience/ </w:t>
            </w:r>
          </w:p>
        </w:tc>
      </w:tr>
    </w:tbl>
    <w:p>
      <w:pPr>
        <w:pStyle w:val="Heading3"/>
      </w:pPr>
      <w:r>
        <w:t>Résumé :</w:t>
      </w:r>
    </w:p>
    <w:p>
      <w:r>
        <w:t>Ce travail est consacré à l'etude de l'éffet de l'effet des conditions d'immobilistion des enzymes sur activité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