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défaut  de fissuration des lingotières pour la coulée de la fonte en gueuse mac arcelor mittal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Boufas; Rabah/ Chabour, Salem/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fontes/ contraintes thermiques/ structure lingotière/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augets sont des moules métalliques qui a leur exploitation sont soumis a des alternances d'échauffement rapide et de refroidissement plus ou moins lents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