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et étude structurale de nouveaux dérivés hétérocycliques à activité biologique potentielle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BentoumiI; Houria/ Liacha, Messaoud/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2-oxo/ benzoxazole/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présentons s’inscrit dans le cadre des travaux de recherche réalisés</w:t>
        <w:br/>
        <w:br/>
        <w:t>sur les essais d’amélioration concernant la synthèse et les propriétés chimiques et biologiques</w:t>
        <w:br/>
        <w:br/>
        <w:t>de nouveaux systèmes hétérocycliques dérivés de la 2-oxo-3H-benzoxazole.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