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Fusion multimodale de données : application en biometrie multimodal data fusion : biometric application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Daas; Sara/ Boughazi,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XVII-110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d'images/ biométrie multimodale/ La biométrie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 nos jours, l'identification ou la reconnaissance de présence à l'aide de systèmes sécurisés est enjeu critique. Différentes solutions sont proposées pour réaliser un système d'information sécurisé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