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d'un germoplasme de blé dur triticum durum desf appréciation de l'aptitude  technologique et biochimique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Aitkaki; Sabrina / Brinis, 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 dur/ gluten/ cendres/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Une étude expérimentale a été réalisée sur huit variétés de blé dur, locales et introduites. ce travail a pour but de tester et de classer ces cultivars d'après leurs caractéristiques technologiques ct biochimiques et enfin évaluer la qualité de ceux-ci. parmi les méthodes qui décrivent ces caractéristiques, certaines s'intéressent à l'aspect ct à la qualité du grain, d'autres aux semoulces ; clles englobent des tests physiologiques, physiques, technologique et biochimiques. a la suite de ces analyses des résultats ont été obtenus et après étude statistique un classement de ces variétés a été possible. par ailleurs, des corrélations ont été établies entre les divers paramètres, pour chacune des variétés, et cela pour renforcer l'étude statistique. enfin, ce travail nous a permis de contribuer à la connaissance de la valeur technologique des scemoules de blé dur.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