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mouvement par la transformée en ondulettes géométriques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Cheriet; Leyla/ Chenikher, Salah/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estimation de mouvement/ ondelette géométrique/ contourlette/ </w:t>
            </w:r>
          </w:p>
        </w:tc>
      </w:tr>
    </w:tbl>
    <w:p>
      <w:pPr>
        <w:pStyle w:val="Heading3"/>
      </w:pPr>
      <w:r>
        <w:t>Résumé :</w:t>
      </w:r>
    </w:p>
    <w:p>
      <w:r>
        <w:t xml:space="preserve">Le problème de l'estimation de mouvement est un sujet important dans la vision par ordinateur. Il propose une large gamme d'applications telles que la détection de mouvement, le suivi d'objet, la segmentation et la reconstruction 3D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