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électroniques et thermiques des ternaires et  quaternaires à base d’éléments II-VI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Boumaza; Akila/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électroniques/ alliages quaternaires Zn1-xBexSeyTe1-y/ </w:t>
            </w:r>
          </w:p>
        </w:tc>
      </w:tr>
    </w:tbl>
    <w:p>
      <w:pPr>
        <w:pStyle w:val="Heading3"/>
      </w:pPr>
      <w:r>
        <w:t>Résumé :</w:t>
      </w:r>
    </w:p>
    <w:p>
      <w:r>
        <w:t>Des calculs ab-initio ont été réalisés sur les propriétés structurales, électroniques, optiques et</w:t>
        <w:br/>
        <w:br/>
        <w:t>thermiques des alliages quaternaires Zn1-xBexSeyTe1-y dans la phase zinc blende. Pour cela,</w:t>
        <w:br/>
        <w:br/>
        <w:t>nous avons utilisé la méthode des ondes planes augmentées et linéarisées (FP-LAPW) basée</w:t>
        <w:br/>
        <w:br/>
        <w:t>sur le formalisme de la théorie de la fonctionnelle de la densité (DFT). Le potentiel</w:t>
        <w:br/>
        <w:br/>
        <w:t>d’échange-corrélation (XC) a été traité par l’approximation du gradient généralisé développée</w:t>
        <w:br/>
        <w:br/>
        <w:t>par Wu-Cohen (WC-GGA). Cependant, l’approximation GGA proposée par Engel-Vesko</w:t>
        <w:br/>
        <w:br/>
        <w:t>(EV-GGA) a été également appliquée pour les calculs des structures de bandes. L’effet de la</w:t>
        <w:br/>
        <w:br/>
        <w:t>composition sur le paramètre cristallin, module de compressibilité, gap énergétique, fonction</w:t>
        <w:br/>
        <w:br/>
        <w:t>Les propriétés thermiques de l’alliage étudié sont obtenues à partir du modèle quasiharmonique de Debye. Enfin, Le gaps énergétique de l’alliage quaternaire Zn1-xBexSeyTe1-y</w:t>
        <w:br/>
        <w:br/>
        <w:t>adapté au substrat GaAs a été également étudié. A notre connaissance, ce travail constitue une</w:t>
        <w:br/>
        <w:br/>
        <w:t>première étude théorique sur ces alliages quaternaires qui attend des confirmations</w:t>
        <w:br/>
        <w:br/>
        <w:t>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