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Identification et commande des systèmes non linéaires par l'approche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Loudjani; Abdelhak/ Université Badji Mokhtar/ Abassi,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oxygène/ élaboration de l'acier / embout de la lance/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concerne l'identification et à la commande des systèmes à caractères non linéaires par l'approche connexioniste. Ce mémoire est organisé comme suit. Le chaitre expose des généralités sur l'approche connexioniste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