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 des générateurs de residus robustes pour la detection des defauts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Kechida; Sihem/ Université Badji Mokhtar/ Debbache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et localisation / générateurs de résidus/ diagnostic industriel/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de la surveillance couvre un domaine très large et a fait l'objet de nombreux travaux de recherche. Deux communautés scientifiques différentes (système continu/ système évènementiel) ont contribué aux développements des méthodes de surveillance dont le but est de garantir une sécurité optimale des installations industrielles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