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des processus nn linéaires en présence d'incertitudes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Ramdani; Messaoud/ Doghmane,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Bibliog.Résumé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diagnostic/ observateurs flous/ théorie des croyances/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techniques modernes de supervision des processus reposent sur une modélisation mathématique trés élaborée des systèmes et exploitent les relations mathématiques entre les différents signaux du processus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