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Electromigration des cations échangeables sur une argile naturelle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Bouakline; Houda/ Hazourli, Sabir/ Université Badji Mokhtar/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adsorption/ hydrophobe/ balancehydrophile/ </w:t>
            </w:r>
          </w:p>
        </w:tc>
      </w:tr>
    </w:tbl>
    <w:p>
      <w:pPr>
        <w:pStyle w:val="Heading3"/>
      </w:pPr>
      <w:r>
        <w:t>Résumé :</w:t>
      </w:r>
    </w:p>
    <w:p>
      <w:r>
        <w:t>Le procédé électrocinétique est une technologie innovante applicable in situ pour la décontamination des sols (fins ou peu perméable) par des espèces chimiques ioniques ou ionisables. cette méthode consiste à insérer des électrodes dans le sol et à appliquer un champ électrique ou un potentiel entre ces électrodes. le champ électrique imposé entraîne la migration des espèces présentes dans le milieu par l'intermédiaire de l'eau interstitielle et permet ainsi leurs élimination du sol cette étude vise à étudier d'une part la caractérisation d'une argile naturelle locale " boumaiza " (ph, composition chimique uniformité, perméabilité etc.) et d'autre part  l'électromigration de cations échangeables (k+,na+,ca++ ) . les essais sont réalisés sous un  potentiel imposé de 1.5volt, en cellule de laboratoire de dimension (16x4x5cm) remplie de sol  à raison de 100g d'argile et 75 ml d'eau après une durée d'une semaine d'imposition de potentiel,  on a constaté une migration remarquable pour tous les éléments de l'anode vers la cathode. l'influence de quelques paramètres  tels que la température, ph, gradient de potentiel appliqué montrent que le déplacement des éléments est favorisé par le front acide anode vers cathode développé par l'électrolyse de l'eau. l'augmentation de la température à 35°c favorise cette migration à la cathode . on remarque cependant qu'à 20°c,  la concentration en cations échangeables est plus importante dans la dernière fraction de sol que dans la partie liquide où se trouve l'électrode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