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Filtrage et identification de signaux sismiques et leur application en prospection petroliere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Benouareth; Mohamed/ Doghmane, N./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théorique/ filtrage en éventail/ méthode de singh/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l'aube des temps, l'homme n'a cessé d'éprouver le besoin, sans cesse insatisfait, de compredre les phénomènes naturels et d'essayer d'en profiter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