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de l'adhérence des hétéro-structures et interfaces dans les composants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Hadef; Zakaria/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interfaces/ adhésion/ métal liquide/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de modéliser l'adhésion inter-faciale dans les systèmes métaux liquides déposés sur des substratscéramiques par la microscopie acoustique.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