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et au développement d'algorithmes en compression d'images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Samai; Djamel/ Bennacer, L./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algorithmes de la norme JPEG/ principes et méthodologie/ définitions et  notations/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Conception par l'algorithme de k-means conception par algorithme L.B.G. compression dans le domaine spatial compression dans le domaine transformé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