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effect of drqinqge on condensqtion heqt transfe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Aidoun; Z.L/ University Of Strathclyde/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Strathclyde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condensqtion heqt transfer/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experimental and theoretical investigation of the effect of condensate inudation onthe hest transter cofficient of a quiescent vapour condensing on horizontal condenser tube is reported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