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Décomposition du méthanol sur catalyseurs à base de cuivre de zinc et d'aluminium : propriétés physiques des oxydes précurseurs et activités catalytique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Aouissi; Ahmed/ Unversite Houari Boumediene/ Bettahar,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méthanol sur catalyseurs/ propriétés physiques/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