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Diagnostic de la stabilité d'anciennes exploitations souterraines et utilisation du remblayage comme un suport des terrains adjacents :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Kerbati; Nour Rahouadja/ Université Badji Mokhtar/ Larbi, Gadri/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stabilité/ géomécanique/ mine souterraine/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